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השתתפות פעילה במעגל הפתיחה והסיכום השבועי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ולבטא רגשות ומצב רוח בתחילת 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ערך השבוע לסיפור אישי ולהתנהגות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מטרה אישית ובדיקתה, והבעת תודה כלפי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פותחים את השבוע (יום ראשון) – מה זוכרים מהמעגל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אימוג'ים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לוח מה מחכה לנו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פותחים את השבוע (יום ראשון)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אורך מעגל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המד נועד לתת לכל תלמיד להביע רגש בלי חשיפה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קבוע במצגת הפתיחה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פותחים את השבוע (יום ראשון) – מסדרים את סדר המעגל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איך אני מרגיש השבוע – הכרת מד מצב הרוח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ביום ראשון, במצגת פותחים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אימוג׳ים שמראים רגשות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איך אני מרגיש השבוע – זיהוי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כל תלמיד ותלמידה יכולים לבחור בחופשיות איך הם מרגישים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מספיק לבחור את האימוג׳י המתאים, בלי הסבר 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איך אני מרגיש השבוע – התאמת אימוג׳ים לרגשות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(שמח/ה)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(עצוב/ה)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(כועס/ת)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(עייף/ה)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איך אני מרגיש השבוע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ערך השבוע וסיפור לשיח – היכרות עם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רעיון חשוב שלומדים עליו באותו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ערך השבוע וסיפור לשיח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שבוע מוקדש לערך שונה, כמו חברות או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הסיפור נבחר כדי לעורר שיח על הערך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ערך השבוע וסיפור לשיח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(לעזור לחבר שנפל)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(לחכות בתור בלי לכעוס)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(לשמור על הבטחה שנתתי)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(להגיד תודה כשעוזרים 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ערך השבוע וסיפור לשיח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נפרדים מהשבוע (יום שישי) – היכרות עם מעגל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זיכרון נעים מהשבוע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אם הצלחנו במטרה שקבענו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נפרדים מהשבוע (יום שישי) – התאמה בין החלקים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(שיתוף זיכרון נעים מהימים האחרונים)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(בדיקה אם הגשמנו את מה שרצינו 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 תלמיד אומר תודה על 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נפרדים מהשבוע (יום שישי) – כתיבה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מטרה אישית ותודה – זיהוי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יום שישי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מטרה אישית ותודה – שימוש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כרטיס המטרה נועד למטרה אישית אחת לשבוע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סבב התודה הוא חלק ממפגש נפרדים משבוע ביום שישי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מטרה אישית ותודה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מטרה אישית ותודה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(יום 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(יום שישי)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(יום שישי)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(סיום מפגש יום שישי)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מילים חשובות ושבוע מיוחד – התאמת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(להכיר חברים חדשים ולהרגיש שייכים)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(לבקש סליחה ולעשות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(להגיד תודה על דברים טובים)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(לדאוג לחברים ולשתף פעולה)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מילים חשובות ושבוע מיוחד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שבוע בוחרים ערך מרכזי לשיח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מעגל הפתיחה מתקיים ביום ראשון, ומעגל הסיכום ביום שישי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את שני המעגלים ואת מרכיביהם העיקריים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המטרה שנכתבה ברורה, אישית וניתנת לבדיקה בסוף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שניתנה קשורה באמת לערך הנלמד ומוסברת בפשטות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יום ראשון ופרק אחר בכל יום שישי, לאורך כמה 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חינוך מיוחד כדאי לקצר משפטים ולהוסיף תמונות או אימוג׳ים גדולים ללא לחץ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מומלץ לצרף מילון קצר עם המילים המרכזיות בתרגום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לחזור על אותו דף תרגול בשבועות שונים עם ערכים שונים, כדי לבסס את המבנה הקבוע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את כל השלבים של מעגל הפתיחה ביום ראשון ומעגל הסיכום ביום שישי. עברו על הפרקים לפי הסדר, וכתבו תשובות בעצמכם או בשיחה עם בני 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שמחה  ·  אימוג׳ים  ·  תודה  ·  תודה  ·  מטרה  ·  הטוב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פותחים את השבוע (יום ראשון) – מה זוכרים מהמעגל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מתקיים מעגל הפתיחה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במעגל הפתיחה, באמצעות מה בודקים איך כל תלמיד מרגיש?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מבחן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הצבעה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נקרא הלוח שבו רושמים מה צפוי לקרות בשבוע?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לוח המטרות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לוח מה מחכה לנו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לוח הזמנים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פותחים את השבוע (יום ראשון)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מעגל הפתיחה נמשך בערך עשר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 מצב הרוח הוא אנונימי, בלי לכתוב שמות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מעגל פתיחה יש ערך שבועי וסיפור קטן עם שאלות לשיח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פותחים את השבוע (יום ראשון) – מסדרים את סדר המעגל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איך אני מרגיש השבוע – הכרת מד מצב הרוח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בשבוע מופיע מד מצב הרוח באימוג׳ים?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ביום ראשון, במצגת פותחים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ביום שישי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באמצע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 מצב הרוח בנוי מ: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מספרים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אימוג׳ים שמראים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ציורים של בעלי 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איך אני מרגיש השבוע – זיהוי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 מצב הרוח הוא אנונימי, בלי לכתוב 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לכתוב בפירוט למה מרגישים כך כדי להשתתף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איך אני מרגיש השבוע – התאמת אימוג׳ים לרגשות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😊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עצוב/ה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כועס/ת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עייף/ה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😴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שמח/ה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איך אני מרגיש השבוע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מד מצב הרוח משתמש ב-__________ כדי להראות איך מרגישים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אימוג׳י של פרצוף מחייך מבטא בדרך כלל תחושת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ערך השבוע וסיפור לשיח – היכרות עם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'ערך השבוע' במעגל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רעיון חשוב שלומדים עליו באותו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תאריך עברי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מהבאים הוא דוגמה לערך ולא לפעולה רגילה?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לכתוב 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לאכול ארוחת 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ערך השבוע וסיפור לשיח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שבוע לומדים על ערך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קצר במעגל הפתיחה קשור לערך השבוע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ערך השבוע וסיפור לשיח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לשמור על הבטחה שנתתי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לעזור לחבר שנפל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להגיד תודה כשעוזרים 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לחכות בתור בלי לכעוס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ערך השבוע וסיפור לשיח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הערך 'תודה' קשור להכרת __________ על דברים טובים שקורים 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שחבר עוזר לי, אני יכול להגיד לו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נפרדים מהשבוע (יום שישי) – היכרות עם מעגל הסיכום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מתקיים מעגל הסיכום של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משתפים בחלק 'רגעים טובים מהשבוע'?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זיכרון נעים מהשבוע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תוכניות לשבוע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בודקים בחלק 'בודקים את המטרה'?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אם הצלחנו במטרה שקבענו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שיעורי בית 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איחר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נפרדים מהשבוע (יום שישי) – התאמה בין החלקים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רגעים טובים מהשבוע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 תלמיד אומר תודה על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בודקים את המטרה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שיתוף זיכרון נעים מהימים האחרונים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בדיקה אם הגשמנו את מה שרצינו השבוע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נפרדים מהשבוע (יום שישי)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מטרה אישית ותודה – זיהוי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יום כותבים תלמידים ותלמידות כרטיס מטרה אישית לשבוע?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יום בודקים אם הגשימו את המטרה שנקבעה?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שישי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מטרה אישית ותודה – שימוש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בכרטיס המטרה כותבים מטרה אחת לשבוע 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סבב תודה ושרשרת מחמאות נעשים ביום ראשון בפתיחת השבוע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מטרה אישית ותודה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ביום ראשון כותבים כרטיס __________ אישית לשבוע הקרוב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ביום שישי עושים סבב __________ ושרשרת מחמאות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מטרה אישית ותודה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כרטיס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סיום מפגש יום שישי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בודקים את המטרה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יום 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סבב תודה ושרשרת מחמאות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יום שישי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רגע של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יום שישי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מילים חשובות ושבוע מיוחד – התאמת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היכרות ושייכות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לבקש סליחה ולעשות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סליחה ופיוס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להכיר חברים חדשים ולהרגיש שייכים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תודה והכרת הטוב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לדאוג לחברים ולשתף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להגיד תודה על דברים טובים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מילים חשובות ושבוע מיוחד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שבוע בשנה יש ערך אחד ללמוד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מעגל הפתיחה מתקיים ביום שישי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מה קורה במעגל הפתיחה ומה קורה במעגל הסיכום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לכתוב מטרה אישית לשבוע ולבדוק אם הגעתי אליה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פותחים שבוע · נפרדים משבוע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