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השתתפות פעילה במעגל הפתיחה והסיכום השבועי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ולבטא רגשות ומצב רוח בתחילת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ערך השבוע לסיפור אישי ולהתנהגות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מטרה אישית ובדיקתה, והבעת תודה כלפי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פותחים את השבוע (יום ראשון) – מה זוכרים מהמעגל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אימוג'ים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לוח מה מחכה לנו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חידה ודקת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פותחים את השבוע (יום ראשון)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אורך מעגל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המד נועד לתת לכל תלמיד להביע רגש בלי חשיפה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קבוע במצגת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כרטיס המטרה נכתב בפתיחה ביום ראשון, והמטרה נבדקת ביום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פותחים את השבוע (יום ראשון) – מסדרים את סדר המעגל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 ועדכון התאריך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 מצב רוח באימוג'ים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 מה מחכה לנו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ערך השבוע, סיפור קטן ושאלות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חידה, דקת נשימה ותנועה וכרטיס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איך אני מרגיש השבוע – הכרת מד מצב הרוח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ביום ראשון, במצגת פותחים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אימוג׳ים שמראים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במצגת פותחים 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איך אני מרגיש השבוע – זיהוי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כל תלמיד ותלמידה יכולים לבחור בחופשיות איך הם מרגישים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מספיק לבחור את האימוג׳י המתאים, בלי הסבר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איך אני מרגיש השבוע – התאמת אימוג׳ים לרגשות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(שמח/ה)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(עצוב/ה)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(כועס/ת)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(עייף/ה)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(נרגש/ת)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איך אני מרגיש השבוע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ערך השבוע וסיפור לשיח – היכרות עם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רעיון חשוב שלומדים עליו באותו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ערך השבוע וסיפור לשיח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שבוע מוקדש לערך שונה, כמו חברות או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הסיפור נבחר כדי לעורר שיח על הערך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ארבעים ערכים שונים במהלך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ערך השבוע וסיפור לשיח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(לעזור לחבר שנפל)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(לחכות בתור בלי לכעוס)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(לשמור על הבטחה שנתתי)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(להגיד תודה כשעוזרים 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ערך השבוע וסיפור לשיח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נפרדים מהשבוע (יום שישי) – היכרות עם מעגל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זיכרון נעים מהשבוע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אם הצלחנו במטרה שקבענו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 אחד אומר תודה על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איחולי סוף שבוע נעים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נפרדים מהשבוע (יום שישי) – התאמה בין החלקים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(שיתוף זיכרון נעים מהימים האחרונים)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(בדיקה אם הגשמנו את מה שרצינו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 תלמיד אומר תודה על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(אומרים מילה טובה אחד לשני)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(שיתוף דבר חדש שלמדנו השבוע)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נפרדים מהשבוע (יום שישי)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אירוע חיובי מהשבוע וההסבר למה הוא גרם להרגשה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חיובי ומכבד על תכונה או מעשה טוב של חבר או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עוזר להבין מה הצלחנו בו ומה כדאי לשפר בשבוע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מטרה אישית ותודה – זיהוי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רגע של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מטרה אישית ותודה – שימוש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כרטיס המטרה נועד למטרה אישית אחת לשבוע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סבב התודה הוא חלק ממפגש נפרדים משבוע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רגע מרגיע שמסיים את מעגל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מטרה אישית ותודה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מטרה אישית ותודה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(יום 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(יום שישי)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(יום שישי)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(סיום מפגש יום שישי)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מילים חשובות ושבוע מיוחד – התאמת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(להכיר חברים חדשים ולהרגיש שייכים)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(לבקש סליחה ולעשות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(להגיד תודה על דברים 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(לדאוג לחברים ולשתף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(לחכות בשקט ולא לכעוס מהר)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מילים חשובות ושבוע מיוחד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שבוע בוחרים ערך מרכזי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מעגל הפתיחה מתקיים ביום ראשון, ומעגל הסיכום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סיגד וראש חודש כסליו הוא שבוע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חג הבנות הוא שבוע מיוחד לצד סיגד ומדליקים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את שני המעגלים ואת מרכיביהם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המטרה שנכתבה ברורה, אישית וניתנת לבדיקה בסוף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שניתנה קשורה באמת לערך הנלמד ומוסברת בפשטות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יום ראשון ופרק אחר בכל יום שישי, לאורך כמה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כדאי לקצר משפטים ולהוסיף תמונות או אימוג׳ים גדולים ללא לחץ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לצרף מילון קצר עם המילים המרכזיות בתרגום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לחזור על אותו דף תרגול בשבועות שונים עם ערכים שונים, כדי לבסס את המבנה הקבוע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נתרגל מה עושים בתחילת שבוע ובסוף שבוע. נענה על שאלות ונכתוב מה אנחנו מרגישים.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בתחילת השבוע, ביום 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בסוף השבוע, ביום שישי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השבוע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חשוב שמדברים עליו כל השבוע, כמו חברות או סבלנות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 מצב 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לבדוק איך מרגישים בעזרת אימוג׳ים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מטרה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שרוצים להשיג או לשפר במהלך השבוע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סבב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אומר תודה למישהו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מחמאות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אומר מחמאה לתלמיד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של שקט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דקה קטנה של שקט ונשימה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דקת נשימה ותנועה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קצר לנשימה ותזוזה בגוף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רגעים טובים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נעימים שקרו במהלך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פותחים את השבוע (יום ראשון) – מה זוכרים מהמעגל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פותחים את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בודקים מצב רוח בפתיחה?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הצבעה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שאלון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הלוח שמתכננים בו את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 המטרות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 מה מחכה לנו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הזמנים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עוד יש במעגל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חידה ודקת 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 לכל השבוע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פותחים את השבוע (יום ראשון)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הפתיחה נמשך בערך עשר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הרוח הוא אנונימי, בלי לכתוב שמות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מעגל פתיחה יש ערך שבועי וסיפור קטן עם שאלות לשיח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המטרה נכתב בכיתה רק ביום שישי, אחרי שהשבוע כבר נגמר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פותחים את השבוע (יום ראשון) – מסדרים את סדר המעגל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השבוע, סיפור קטן ושאלות לשיח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ברכה ועדכון התאריך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חידה, דקת נשימה ותנועה וכרטיס 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מה מחכה לנו השבוע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רוח באימוג'ים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איך אני מרגיש השבוע – הכרת מד מצב הרוח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משתמשים במד מצב הרוח?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ראשון, במצגת פותחים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בזמן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ממה מורכב מד מצב הרוח?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אימוג׳ים שמראים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ציורים של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מופיע מד מצב הרוח?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במצגת פותחים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בדף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במצגת נפרדים משבוע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בלוח הכיתה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איך אני מרגיש השבוע – זיהוי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הרוח הוא אנונימי, בלי לכתוב 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לכתוב בפירוט למה מרגישים כך כדי להשתתף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איך אני מרגיש השבוע – התאמת אימוג׳ים לרגשות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עייף/ה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כועס/ת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שמח/ה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😴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נרגש/ת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עצוב/ה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איך אני מרגיש השבוע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 מצב הרוח משתמש ב-__________ כדי להראות איך מרגישים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אימוג׳י של פרצוף מחייך מבטא בדרך כלל תחושת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ערך השבוע וסיפור לשיח – היכרות עם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ערך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חשוב שלומדים עליו באותו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תאריך 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 מצב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מהרשימה הוא 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לאכול 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ללבוש מעיל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ערך השבוע וסיפור לשיח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שבוע לומדים על ערך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במעגל הפתיחה קשור לערך השבוע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ללמוד רק על ערך אחד במהלך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ערך השבוע וסיפור לשיח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לחכות בתור בלי לכעוס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לעזור לחבר שנפל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להגיד תודה כשעוזרים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לשמור על הבטחה שנתתי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ערך השבוע וסיפור לשיח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הערך 'תודה' קשור להכרת __________ על דברים טובים שקורים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שחבר עוזר לי, אני יכול להגיד לו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נפרדים מהשבוע (יום שישי) – היכרות עם מעגל הסיכום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עושים את מעגל הסיכום?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מספרים בחלק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זיכרון נעים מהשבוע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תוכניות לשבוע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הצלחנו במטרה שקבענו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שיעורי בית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איחר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יום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בסבב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אחד אומר תודה על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אחד מספר 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אחד שר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אחד מצייר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עוד קורה בסוף, חוץ מרגע 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איחולי סוף שבוע נעים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הפסקה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נפרדים מהשבוע (יום שישי) – התאמה בין החלקים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רגעים טובים מהשבוע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שיתוף דבר חדש שלמדנו השבוע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בודקים את המטרה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תלמיד אומר תודה על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אומרים מילה טובה אחד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שרשרת מחמאות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שיתוף זיכרון נעים מהימים האחרונים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למדתי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בדיקה אם הגשמנו את מה שרצינו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נפרדים מהשבוע (יום שישי)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רגע טוב אחד שהיה לכם השבוע, ולמה הוא היה טוב.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מחמאה אחת שהייתם רוצים להגיד לחבר או לחברה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למה, לדעתכם, חשוב לבדוק בסוף השבוע אם הגשמנו את המטרה שקבענו?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מטרה אישית ותודה – זיהוי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כותבים מטרה לשבוע?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בודקים את המטרה?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בסוף מפגש יום שישי?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מטרה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רגע של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מטרה אישית ותודה – שימוש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המטרה כותבים מטרה אחת לשבוע 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תודה ושרשרת מחמאות נעשים ביום ראשון בפתיחת השבוע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השקט בסוף השבוע עוזר להירגע ולסיים בנחת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מטרה אישית ותודה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ראשון כותבים כרטיס __________ אישית לשבוע הקרוב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שישי עושים סבב __________ ושרשרת מחמאות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מטרה אישית ותודה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סיום מפגש 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בודקים את המטרה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סבב תודה ושרשרת מחמאות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יום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רגע של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יום שישי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מילים חשובות ושבוע מיוחד – התאמת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היכרות ושייכות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לדאוג לחברים ולשתף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סליחה ופיוס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להגיד תודה על דברים טובים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תודה והכרת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לחכות בשקט ולא לכעוס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לבקש סליחה ולעשות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להכיר חברים חדשים ולהרגיש שייכים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מילים חשובות ושבוע מיוחד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שבוע בשנה יש ערך אחד ללמוד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הפתיחה מתקיים ביום שישי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הוא אחד משלושת השבועות המיוחדים בשנה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הוא אחד משלושת השבועות המיוחדים בשנה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קורה במעגל הפתיחה ומה קורה במעגל הסיכום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לכתוב מטרה אישית לשבוע ולבדוק אם הגעתי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לקשר בין ערך השבוע לדוגמה מהחיים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שבוע · נפרדים משבוע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