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🌅 פותחים שבוע · נפרדים משבוע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פותחים שבוע · נפרדים משבוע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השתתפות פעילה במעגל הפתיחה והסיכום השבועי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ולבטא רגשות ומצב רוח בתחילת שבוע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לקשר בין ערך השבוע לסיפור אישי ולהתנהגות יומיומית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מטרה אישית ובדיקתה, והבעת תודה כלפי אחרים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פותחים את השבוע (יום ראשון) – מה זוכרים מהמעגל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ביום 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אימוג'ים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לוח מה מחכה לנו השבוע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חידה ודקת נשימה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פותחים את השבוע (יום ראשון)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מתואר אורך מעגל הפתיחה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המד נועד לתת לכל תלמיד להביע רגש בלי חשיפה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 חלק קבוע במצגת הפתיחה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כרטיס המטרה נכתב בפתיחה ביום ראשון, והמטרה נבדקת ביום שישי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פותחים את השבוע (יום ראשון) – מסדרים את סדר המעגל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ברכה ועדכון התאריך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מד מצב רוח באימוג'ים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לוח מה מחכה לנו השבוע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ערך השבוע, סיפור קטן ושאלות לשיח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חידה, דקת נשימה ותנועה וכרטיס מטרה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איך אני מרגיש השבוע – הכרת מד מצב הרוח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ביום ראשון, במצגת פותחים שבוע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אימוג׳ים שמראים רגשות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במצגת פותחים שבוע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איך אני מרגיש השבוע – זיהוי רגשות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כל תלמיד ותלמידה יכולים לבחור בחופשיות איך הם מרגישים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מספיק לבחור את האימוג׳י המתאים, בלי הסבר חובה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איך אני מרגיש השבוע – התאמת אימוג׳ים לרגשות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(שמח/ה)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(עצוב/ה)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(כועס/ת)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(עייף/ה)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(נרגש/ת)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איך אני מרגיש השבוע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אימוג׳ים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שמחה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ערך השבוע וסיפור לשיח – היכרות עם המושג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רעיון חשוב שלומדים עליו באותו שבוע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סבלנות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ערך השבוע וסיפור לשיח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כל שבוע מוקדש לערך שונה, כמו חברות או אחריות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הסיפור נבחר כדי לעורר שיח על הערך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יש ארבעים ערכים שונים במהלך השנה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ערך השבוע וסיפור לשיח – התאמה והשלמה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(לעזור לחבר שנפל)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(לחכות בתור בלי לכעוס)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(לשמור על הבטחה שנתתי)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(להגיד תודה כשעוזרים לי)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ערך השבוע וסיפור לשיח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הטוב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תודה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נפרדים מהשבוע (יום שישי) – היכרות עם מעגל הסיכום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ביום שישי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זיכרון נעים מהשבוע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אם הצלחנו במטרה שקבענו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כל אחד אומר תודה על משהו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איחולי סוף שבוע נעים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נפרדים מהשבוע (יום שישי) – התאמה בין החלקים למשמעותם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(שיתוף זיכרון נעים מהימים האחרונים)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(בדיקה אם הגשמנו את מה שרצינו השבוע)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(כל תלמיד אומר תודה על משהו)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(אומרים מילה טובה אחד לשני)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(שיתוף דבר חדש שלמדנו השבוע)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נפרדים מהשבוע (יום שישי) – כתיבה וחשיבה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תיאור קצר של אירוע חיובי מהשבוע וההסבר למה הוא גרם להרגשה טובה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 חיובי ומכבד על תכונה או מעשה טוב של חבר או חברה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עוזר להבין מה הצלחנו בו ומה כדאי לשפר בשבוע הבא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מטרה אישית ותודה – זיהוי ושינון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יום 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יום שישי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רגע של שקט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מטרה אישית ותודה – שימוש והבנה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כרטיס המטרה נועד למטרה אישית אחת לשבוע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סבב התודה הוא חלק ממפגש נפרדים משבוע ביום שישי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זהו רגע מרגיע שמסיים את מעגל השבוע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מטרה אישית ותודה – 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מטרה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תודה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מטרה אישית ותודה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(יום ראשון)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(יום שישי)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(יום שישי)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(סיום מפגש יום שישי)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6 · מילים חשובות ושבוע מיוחד – התאמת ערכים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(להכיר חברים חדשים ולהרגיש שייכים)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(לבקש סליחה ולעשות שלום)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(להגיד תודה על דברים טובים)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(לדאוג לחברים ולשתף פעולה)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(לחכות בשקט ולא לכעוס מהר)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פרק 6 · מילים חשובות ושבוע מיוחד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בכל שבוע בוחרים ערך מרכזי לשיח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מעגל הפתיחה מתקיים ביום ראשון, ומעגל הסיכום ביום שישי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סיגד וראש חודש כסליו הוא שבוע מיוחד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חג הבנות הוא שבוע מיוחד לצד סיגד ומדליקים אור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מזהה נכון את שני המעגלים ואת מרכיביהם העיקריים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המטרה שנכתבה ברורה, אישית וניתנת לבדיקה בסוף השבוע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הדוגמה שניתנה קשורה באמת לערך הנלמד ומוסברת בפשטות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לעבוד על פרק אחד בכל יום ראשון ופרק אחר בכל יום שישי, לאורך כמה שבועות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 חינוך מיוחד כדאי לקצר משפטים ולהוסיף תמונות או אימוג׳ים גדולים ללא לחץ 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לעולים חדשים מומלץ לצרף מילון קצר עם המילים המרכזיות בתרגום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לחזור על אותו דף תרגול בשבועות שונים עם ערכים שונים, כדי לבסס את המבנה הקבוע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🌅 פותחים שבוע · נפרדים משבוע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פותחים שבוע · נפרדים משבוע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הזו תתרגלו את כל השלבים של מעגל הפתיחה ביום ראשון ומעגל הסיכום ביום שישי. עברו על הפרקים לפי הסדר, וכתבו תשובות בעצמכם או בשיחה עם בני כיתה.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פותחים את השבוע (יום ראשון) – מה זוכרים מהמעגל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מתי מתקיים מעגל הפתיחה בכיתה?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ביום שישי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ביום 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בכל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בחופשה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במעגל הפתיחה, באמצעות מה בודקים איך כל תלמיד מרגיש?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מבחן קצר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אימוג'ים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הצבעה בקול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שאלון ארוך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נקרא הלוח שבו רושמים מה צפוי לקרות בשבוע?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לוח המטרות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לוח מה מחכה לנו השבוע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לוח הזמנים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לוח הכיתה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עוד נמצא במעגל הפתיחה חוץ מברכה ותאריך?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הפסקה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חידה ודקת נשימה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מבחן בעל 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שיעורי בית לכל השבוע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פותחים את השבוע (יום ראשון)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מעגל הפתיחה נמשך בערך עשר דקות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מד מצב הרוח הוא אנונימי, בלי לכתוב שמות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מעגל פתיחה יש ערך שבועי וסיפור קטן עם שאלות לשיח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כרטיס המטרה נכתב בכיתה רק ביום שישי, אחרי שהשבוע כבר נגמר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פותחים את השבוע (יום ראשון) – מסדרים את סדר המעגל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ערך השבוע, סיפור קטן ושאלות לשיח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לוח מה מחכה לנו השבוע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חידה, דקת נשימה ותנועה וכרטיס מטרה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ברכה ועדכון התאריך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מד מצב רוח באימוג'ים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2 · איך אני מרגיש השבוע – הכרת מד מצב הרוח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מתי בשבוע מופיע מד מצב הרוח באימוג׳ים?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ביום ראשון, במצגת פותחים שבוע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ביום שישי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באמצע השבוע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בזמן ההפסקה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מד מצב הרוח בנוי מ: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מספרים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אימוג׳ים שמראים רגשות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ציורים של בעלי חיים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מילים באנגלית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מד מצב הרוח נמצא: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במצגת פותחים שבוע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בדף שיעורי 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במצגת נפרדים משבוע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בלוח הכיתה בלבד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איך אני מרגיש השבוע – זיהוי רגשות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מד מצב הרוח הוא אנונימי, בלי לכתוב שם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צריך לכתוב בפירוט למה מרגישים כך כדי להשתתף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איך אני מרגיש השבוע – התאמת אימוג׳ים לרגשות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😊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עצוב/ה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שמח/ה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😠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נרגש/ת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😴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כועס/ת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עייף/ה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איך אני מרגיש השבוע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מד מצב הרוח משתמש ב-__________ כדי להראות איך מרגישים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אימוג׳י של פרצוף מחייך מבטא בדרך כלל תחושת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ערך השבוע וסיפור לשיח – היכרות עם המושג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מהו 'ערך השבוע' במעגל הפתיחה?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רעיון חשוב שלומדים עליו באותו שבוע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תאריך עברי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של חג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מד מצב רוח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מהבאים הוא דוגמה לערך ולא לפעולה רגילה?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לכתוב שיעורים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סבלנות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לאכול ארוחת בוקר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ללבוש מעיל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ערך השבוע וסיפור לשיח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שבוע לומדים על ערך אחר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סיפור קצר במעגל הפתיחה קשור לערך השבוע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ללמוד רק על ערך אחד במהלך כל השנה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ערך השבוע וסיפור לשיח – התאמה והשלמה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חברות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לחכות בתור בלי לכעוס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סבלנות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להגיד תודה כשעוזרים לי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אחריות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לעזור לחבר שנפל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תודה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לשמור על הבטחה שנתתי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3 · ערך השבוע וסיפור לשיח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הערך 'תודה' קשור להכרת __________ על דברים טובים שקורים לנו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אחרי שחבר עוזר לי, אני יכול להגיד לו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נפרדים מהשבוע (יום שישי) – היכרות עם מעגל הסיכום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מתי מתקיים מעגל הסיכום של השבוע?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ביום 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ביום שישי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ביום שלישי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בכל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משתפים בחלק 'רגעים טובים מהשבוע'?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שיעורי 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זיכרון נעים מהשבוע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תוכניות לשבוע הבא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מזג האוויר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בודקים בחלק 'בודקים את המטרה'?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אם הצלחנו במטרה שקבענו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כמה שיעורי בית 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 איחר היום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איזה יום היום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עושים בסבב תודה?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כל אחד אומר תודה על משהו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כל אחד מספר בדיחה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כל אחד שר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 אחד מצייר ציור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בממלכתי, מה קורה בסוף מעגל הסיכום בנוסף לרגע שקט?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איחולי סוף שבוע נעים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מבחן קצר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הפסקה ארוכה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שיעורי בית חדשים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נפרדים מהשבוע (יום שישי) – התאמה בין החלקים למשמעותם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רגעים טובים מהשבוע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שיתוף דבר חדש שלמדנו השבוע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בודקים את המטרה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אומרים מילה טובה אחד לשני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סבב תודה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שיתוף זיכרון נעים מהימים האחרונים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שרשרת מחמאות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כל תלמיד אומר תודה על משהו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מה למדתי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בדיקה אם הגשמנו את מה שרצינו השבוע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נפרדים מהשבוע (יום שישי) – כתיבה וחשיבה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ספרו על רגע טוב אחד שהיה לכם השבוע, ולמה הוא היה טוב.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מחמאה אחת שהייתם רוצים להגיד לחבר או לחברה בכיתה.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למה, לדעתכם, חשוב לבדוק בסוף השבוע אם הגשמנו את המטרה שקבענו?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5 · מטרה אישית ותודה – זיהוי ושינון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באיזה יום כותבים תלמידים ותלמידות כרטיס מטרה אישית לשבוע?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יום 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יום שלישי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יום רביעי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יום שישי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באיזה יום בודקים אם הגשימו את המטרה שנקבעה?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יום 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יום שני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יום שישי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יום רביעי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עושים ביום שישי לפני סיום המפגש?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כותבים מטרה חדשה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רגע של שקט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משחק תנועה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חידה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מטרה אישית ותודה – שימוש והבנה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בכרטיס המטרה כותבים מטרה אחת לשבוע שלם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סבב תודה ושרשרת מחמאות נעשים ביום ראשון בפתיחת השבוע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רגע השקט בסוף השבוע עוזר להירגע ולסיים בנחת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מטרה אישית ותודה – 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ביום ראשון כותבים כרטיס __________ אישית לשבוע הקרוב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ביום שישי עושים סבב __________ ושרשרת מחמאות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5 · מטרה אישית ותודה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כרטיס מטרה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יום שישי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בודקים את המטרה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יום שישי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סבב תודה ושרשרת מחמאות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סיום מפגש יום שישי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רגע של שקט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יום ראשון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פרק 6 · מילים חשובות ושבוע מיוחד – התאמת ערכים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היכרות ושייכות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לבקש סליחה ולעשות שלום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סליחה ופיוס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לחכות בשקט ולא לכעוס מהר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תודה והכרת הטוב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להכיר חברים חדשים ולהרגיש שייכים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חברות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להגיד תודה על דברים טובים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סבלנות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לדאוג לחברים ולשתף פעולה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20  חלק כ׳ – פרק 6 · מילים חשובות ושבוע מיוחד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שבוע בשנה יש ערך אחד ללמוד עליו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מעגל הפתיחה מתקיים ביום שישי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סיגד הוא אחד משלושת השבועות המיוחדים בשנה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הבנות הוא אחד משלושת השבועות המיוחדים בשנה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יודע/ת להסביר מה קורה במעגל הפתיחה ומה קורה במעגל הסיכום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יכול/ה לכתוב מטרה אישית לשבוע ולבדוק אם הגעתי אליה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יודע/ת לקשר בין ערך השבוע לדוגמה מהחיים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פותחים שבוע · נפרדים משבוע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